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Sadarbības plāns</w:t>
      </w:r>
    </w:p>
    <w:p>
      <w:pPr>
        <w:spacing w:after="80"/>
      </w:pPr>
      <w:r>
        <w:rPr>
          <w:b/>
          <w:sz w:val="23"/>
        </w:rPr>
        <w:t>Regulāras studijas sadarbības līguma 1. pielikums</w:t>
      </w:r>
    </w:p>
    <w:p>
      <w:r>
        <w:rPr>
          <w:b/>
        </w:rPr>
        <w:t xml:space="preserve">Līguma Nr. </w:t>
      </w:r>
      <w:r>
        <w:t>__________________</w:t>
      </w:r>
      <w:r>
        <w:t xml:space="preserve">   Datums ____ / ____ / ______</w:t>
      </w:r>
    </w:p>
    <w:p>
      <w:pPr>
        <w:spacing w:after="100"/>
      </w:pPr>
      <w:r>
        <w:t>UGA Records sagatavo šo plānu pēc vienošanās ar Klientu. Klientam atliek pārbaudīt norādīto informāciju un parakstīt pielikumu.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10312"/>
            <w:gridSpan w:val="2"/>
            <w:shd w:fill="242424"/>
            <w:tcMar>
              <w:top w:w="60" w:type="dxa"/>
              <w:start w:w="140" w:type="dxa"/>
              <w:bottom w:w="60" w:type="dxa"/>
              <w:end w:w="140" w:type="dxa"/>
            </w:tcMar>
          </w:tcPr>
          <w:p>
            <w:r>
              <w:rPr>
                <w:b/>
                <w:color w:val="FFFFFF"/>
              </w:rPr>
              <w:t>Sadarbība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Klients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Periods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no ____ / ____ / ______ līdz ____ / ____ / ______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Studijas plāns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________ sesija(s) mēnesī, līdz ______ stundām katrā sesijā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Diena un laiks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____________________________________________________________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10312"/>
            <w:gridSpan w:val="2"/>
            <w:shd w:fill="242424"/>
            <w:tcMar>
              <w:top w:w="60" w:type="dxa"/>
              <w:start w:w="140" w:type="dxa"/>
              <w:bottom w:w="60" w:type="dxa"/>
              <w:end w:w="140" w:type="dxa"/>
            </w:tcMar>
          </w:tcPr>
          <w:p>
            <w:r>
              <w:rPr>
                <w:b/>
                <w:color w:val="FFFFFF"/>
              </w:rPr>
              <w:t>Kas ir iekļauts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Pakalpojumi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____________________________________________________________</w:t>
              <w:br/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Rezultāts un termiņš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____________________________________________________________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10312"/>
            <w:gridSpan w:val="2"/>
            <w:shd w:fill="242424"/>
            <w:tcMar>
              <w:top w:w="60" w:type="dxa"/>
              <w:start w:w="140" w:type="dxa"/>
              <w:bottom w:w="60" w:type="dxa"/>
              <w:end w:w="140" w:type="dxa"/>
            </w:tcMar>
          </w:tcPr>
          <w:p>
            <w:r>
              <w:rPr>
                <w:b/>
                <w:color w:val="FFFFFF"/>
              </w:rPr>
              <w:t>Cena un praktiskie nosacījumi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Maksa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____________ EUR mēnesī / par ______________________________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Apmaksa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Ar pārskaitījumu pēc rēķina, ______ kalendāro dienu laikā. PVN netiek piemērots.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3F3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rPr>
                <w:b/>
              </w:rPr>
              <w:t>Sesijas pārcelšana</w:t>
            </w:r>
          </w:p>
        </w:tc>
        <w:tc>
          <w:tcPr>
            <w:tcW w:type="dxa" w:w="6803"/>
            <w:vAlign w:val="center"/>
            <w:tcMar>
              <w:top w:w="70" w:type="dxa"/>
              <w:start w:w="135" w:type="dxa"/>
              <w:bottom w:w="70" w:type="dxa"/>
              <w:end w:w="135" w:type="dxa"/>
            </w:tcMar>
          </w:tcPr>
          <w:p>
            <w:r>
              <w:t>Bez maksas, paziņojot vismaz ______ stundas iepriekš; neizmantotais laiks __________________</w:t>
            </w:r>
          </w:p>
        </w:tc>
      </w:tr>
    </w:tbl>
    <w:p>
      <w:pPr>
        <w:spacing w:after="0" w:before="0"/>
      </w:pPr>
    </w:p>
    <w:p>
      <w:pPr>
        <w:spacing w:before="20" w:after="80"/>
      </w:pPr>
      <w:r>
        <w:rPr>
          <w:b/>
        </w:rPr>
        <w:t xml:space="preserve">Papildu vienošanās. </w:t>
      </w:r>
      <w:r>
        <w:t>Izmaiņas, papildu darbus un īpašus failu vai tiesību nosacījumus Puses var saskaņot rakstiski, arī e-pastā.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4706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r>
              <w:rPr>
                <w:b/>
              </w:rPr>
              <w:t>PAKALPOJUMA SNIEDZĒJS</w:t>
              <w:br/>
              <w:t>Biedrība “UGA Records”, Uģis Raibacis</w:t>
              <w:br/>
              <w:t>Paraksts ____________________   Datums ____________</w:t>
            </w:r>
          </w:p>
        </w:tc>
        <w:tc>
          <w:tcPr>
            <w:tcW w:type="dxa" w:w="4706"/>
            <w:tcMar>
              <w:top w:w="90" w:type="dxa"/>
              <w:start w:w="150" w:type="dxa"/>
              <w:bottom w:w="90" w:type="dxa"/>
              <w:end w:w="150" w:type="dxa"/>
            </w:tcMar>
            <w:vAlign w:val="center"/>
          </w:tcPr>
          <w:p>
            <w:r>
              <w:rPr>
                <w:b/>
              </w:rPr>
              <w:t>KLIENTS</w:t>
              <w:br/>
              <w:t>________________________________</w:t>
              <w:br/>
              <w:t>Paraksts ____________________   Datums 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567" w:right="964" w:bottom="53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Biedrība UGA Records  ·  Reģ. Nr. 40008181725  ·  ugarecords@gmail.com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ptos" w:hAnsi="Aptos"/>
      <w:color w:val="1C1C1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